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92A" w:rsidRPr="00CE00B4" w:rsidRDefault="00BD74AF">
      <w:pPr>
        <w:jc w:val="center"/>
        <w:rPr>
          <w:rFonts w:ascii="Times New Roman" w:hAnsi="Times New Roman" w:cs="Times New Roman"/>
          <w:lang w:val="it-IT"/>
        </w:rPr>
      </w:pPr>
      <w:r w:rsidRPr="00CE00B4">
        <w:rPr>
          <w:rFonts w:ascii="Times New Roman" w:hAnsi="Times New Roman" w:cs="Times New Roman"/>
          <w:b/>
          <w:lang w:val="it-IT"/>
        </w:rPr>
        <w:t xml:space="preserve">ALLEGATO </w:t>
      </w:r>
      <w:r w:rsidRPr="00CE00B4">
        <w:rPr>
          <w:rFonts w:ascii="Times New Roman" w:hAnsi="Times New Roman" w:cs="Times New Roman"/>
          <w:lang w:val="it-IT"/>
        </w:rPr>
        <w:t>D.M. 219/2025 | Snodi formativi territoriali sull’intelligenza artificiale</w:t>
      </w:r>
    </w:p>
    <w:p w:rsidR="00CE00B4" w:rsidRPr="00CE00B4" w:rsidRDefault="00CE00B4" w:rsidP="00DC7448">
      <w:pPr>
        <w:spacing w:before="100" w:beforeAutospacing="1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2"/>
          <w:szCs w:val="27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2"/>
          <w:szCs w:val="27"/>
          <w:lang w:val="it-IT" w:eastAsia="it-IT"/>
        </w:rPr>
        <w:t>DOMANDA DI PARTECIPAZIONE ALLA SELEZIONE PER IL CONFERIMENTO DELL'INCARICO DI COORDINATORE OPERATIVO E SUPPORTO TECNICO-ORGANIZZATIVO</w:t>
      </w:r>
    </w:p>
    <w:p w:rsidR="00CE00B4" w:rsidRPr="00CE00B4" w:rsidRDefault="00CE00B4" w:rsidP="00CE00B4">
      <w:p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D.M. 219/2025 – Snodi formativi territoriali sull’intelligenza artificiale</w:t>
      </w:r>
    </w:p>
    <w:p w:rsidR="00CE00B4" w:rsidRPr="00CE00B4" w:rsidRDefault="00CE00B4" w:rsidP="00CE00B4">
      <w:pPr>
        <w:pStyle w:val="NormaleWeb"/>
        <w:spacing w:before="0" w:beforeAutospacing="0" w:after="0" w:afterAutospacing="0"/>
      </w:pPr>
      <w:r w:rsidRPr="00CE00B4">
        <w:rPr>
          <w:b/>
          <w:bCs/>
        </w:rPr>
        <w:t>CUP:</w:t>
      </w:r>
      <w:r w:rsidRPr="00CE00B4">
        <w:t xml:space="preserve"> D64D25005300006 </w:t>
      </w:r>
    </w:p>
    <w:p w:rsidR="00CE00B4" w:rsidRPr="00CE00B4" w:rsidRDefault="00CE00B4" w:rsidP="00CE00B4">
      <w:pPr>
        <w:pStyle w:val="NormaleWeb"/>
        <w:spacing w:before="0" w:beforeAutospacing="0" w:after="0" w:afterAutospacing="0"/>
      </w:pPr>
      <w:r w:rsidRPr="00CE00B4">
        <w:rPr>
          <w:b/>
          <w:bCs/>
        </w:rPr>
        <w:t>CNP:</w:t>
      </w:r>
      <w:r w:rsidRPr="00CE00B4">
        <w:t xml:space="preserve"> M4C1I2.1-2026-1745-P-66272 </w:t>
      </w:r>
    </w:p>
    <w:p w:rsidR="00CE00B4" w:rsidRPr="00CE00B4" w:rsidRDefault="00CE00B4" w:rsidP="00CE00B4">
      <w:pPr>
        <w:pStyle w:val="NormaleWeb"/>
        <w:spacing w:before="0" w:beforeAutospacing="0" w:after="0" w:afterAutospacing="0"/>
      </w:pPr>
      <w:r w:rsidRPr="00CE00B4">
        <w:rPr>
          <w:b/>
          <w:bCs/>
        </w:rPr>
        <w:t>Titolo Progetto:</w:t>
      </w:r>
      <w:r w:rsidRPr="00CE00B4">
        <w:t xml:space="preserve"> "Transizione Digitale e AI: Competenze per la Scuola del Domani" </w:t>
      </w:r>
    </w:p>
    <w:p w:rsidR="00CE00B4" w:rsidRPr="00CE00B4" w:rsidRDefault="00CE00B4" w:rsidP="00CE00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Dirigente Scolastico</w:t>
      </w:r>
    </w:p>
    <w:p w:rsidR="00CE00B4" w:rsidRPr="00CE00B4" w:rsidRDefault="00CE00B4" w:rsidP="00CE00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dell'Istituto Comprensivo “Rita Levi Montalcini”</w:t>
      </w:r>
    </w:p>
    <w:p w:rsidR="00CE00B4" w:rsidRPr="00CE00B4" w:rsidRDefault="00CE00B4" w:rsidP="00CE00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Spezzano Albanese (CS)</w:t>
      </w:r>
    </w:p>
    <w:p w:rsidR="00CE00B4" w:rsidRPr="00CE00B4" w:rsidRDefault="00CE00B4" w:rsidP="00CE00B4">
      <w:pPr>
        <w:spacing w:before="100"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Il/Lasottoscritto/a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__________________________________________________________________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Nato/a </w:t>
      </w:r>
      <w:proofErr w:type="spellStart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________________________________________ </w:t>
      </w:r>
      <w:proofErr w:type="spellStart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Prov</w:t>
      </w:r>
      <w:proofErr w:type="spellEnd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() il __________________Residente a _____________________________________ </w:t>
      </w:r>
      <w:proofErr w:type="spellStart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Prov</w:t>
      </w:r>
      <w:proofErr w:type="spellEnd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 () Cap _________________Via/Piazza _______________________________________________________ n. ____________Codice Fiscale: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_______________________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Telefono: _______________________ Cellulare: _____________________________________E-mail: _________________________________ PEC: ________________________________In servizio presso questa Istituzione Scolastica in qualità di ______________________________</w:t>
      </w:r>
      <w:r w:rsidRPr="00CE00B4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it-IT"/>
        </w:rPr>
        <w:t>(oppure Altro Ente/Personale esterno: _____________________________________________)</w:t>
      </w:r>
    </w:p>
    <w:p w:rsidR="00CE00B4" w:rsidRPr="00CE00B4" w:rsidRDefault="00CE00B4" w:rsidP="00CE00B4">
      <w:pPr>
        <w:spacing w:before="100" w:beforeAutospacing="1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t>CHIEDE</w:t>
      </w:r>
    </w:p>
    <w:p w:rsidR="00CE00B4" w:rsidRPr="00CE00B4" w:rsidRDefault="00CE00B4" w:rsidP="00DC7448">
      <w:pPr>
        <w:spacing w:before="100"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gramStart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</w:t>
      </w:r>
      <w:proofErr w:type="gramEnd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essere ammesso/a alla procedura di selezione per il conferimento dell'incarico di </w:t>
      </w:r>
      <w:r w:rsidRPr="00CE00B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n. 1 Coordinatore operativo e supporto tecnico-organizzativo per l’attuazione del progetto, comprese configurazione e attivazione delle licenze IA</w:t>
      </w: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relativo al D.M. 219/2025 (Snodi formativi territoriali sull’intelligenza artificiale).</w:t>
      </w:r>
    </w:p>
    <w:p w:rsidR="00CE00B4" w:rsidRPr="00CE00B4" w:rsidRDefault="00CE00B4" w:rsidP="00DC7448">
      <w:pPr>
        <w:spacing w:before="100"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tal fine, consapevole delle sanzioni penali richiamate dall’art. </w:t>
      </w:r>
      <w:bookmarkStart w:id="0" w:name="_GoBack"/>
      <w:bookmarkEnd w:id="0"/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76 del D.P.R. 28/12/2000 n. 445, in caso di dichiarazioni mendaci, di formazione o uso di atti falsi,</w:t>
      </w:r>
    </w:p>
    <w:p w:rsidR="00CE00B4" w:rsidRPr="00CE00B4" w:rsidRDefault="00CE00B4" w:rsidP="00DC7448">
      <w:pPr>
        <w:spacing w:before="100" w:beforeAutospacing="1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</w:pPr>
      <w:r w:rsidRPr="00CE00B4">
        <w:rPr>
          <w:rFonts w:ascii="Times New Roman" w:eastAsia="Times New Roman" w:hAnsi="Times New Roman" w:cs="Times New Roman"/>
          <w:b/>
          <w:bCs/>
          <w:sz w:val="27"/>
          <w:szCs w:val="27"/>
          <w:lang w:val="it-IT" w:eastAsia="it-IT"/>
        </w:rPr>
        <w:t>DICHIARA SOTTO LA PROPRIA RESPONSABILITÀ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aver preso visione integrale dell'Avviso di selezione pubblica e di accettare incondizionatamente tutte le prescrizioni e le condizioni in esso contenute.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possedere i requisiti generali e specifici di accesso alla selezione.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possedere la cittadinanza italiana o di uno degli Stati membri dell'Unione Europea.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godere dei diritti civili e politici.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non aver riportato condanne penali e di non essere destinatario/a di provvedimenti che riguardino l'applicazione di misure di prevenzione, di decisioni civili e di provvedimenti amministrativi iscritti nel casellario giudiziale.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non trovarsi in situazione di incompatibilità o conflitto d'interessi rispetto all'incarico in oggetto.</w:t>
      </w:r>
    </w:p>
    <w:p w:rsidR="00CE00B4" w:rsidRPr="00CE00B4" w:rsidRDefault="00CE00B4" w:rsidP="00CE00B4">
      <w:pPr>
        <w:numPr>
          <w:ilvl w:val="0"/>
          <w:numId w:val="10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E00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 essere in possesso dei titoli e delle esperienze valutabili ai fini della formazione della graduatoria, come specificato nell’allegato curriculum vitae.</w:t>
      </w:r>
    </w:p>
    <w:p w:rsidR="000A092A" w:rsidRPr="00CE00B4" w:rsidRDefault="00BD74AF">
      <w:pPr>
        <w:pStyle w:val="Titolo2"/>
        <w:rPr>
          <w:rFonts w:ascii="Times New Roman" w:hAnsi="Times New Roman" w:cs="Times New Roman"/>
          <w:color w:val="auto"/>
          <w:lang w:val="it-IT"/>
        </w:rPr>
      </w:pPr>
      <w:r w:rsidRPr="00CE00B4">
        <w:rPr>
          <w:rFonts w:ascii="Times New Roman" w:hAnsi="Times New Roman" w:cs="Times New Roman"/>
          <w:color w:val="auto"/>
          <w:lang w:val="it-IT"/>
        </w:rPr>
        <w:lastRenderedPageBreak/>
        <w:t>Griglia di valutazione dei titoli – massimo 100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1"/>
        <w:gridCol w:w="1981"/>
        <w:gridCol w:w="1981"/>
        <w:gridCol w:w="1981"/>
        <w:gridCol w:w="1981"/>
      </w:tblGrid>
      <w:tr w:rsidR="00CE00B4" w:rsidRPr="00CE00B4" w:rsidTr="00DC7448">
        <w:trPr>
          <w:trHeight w:val="362"/>
        </w:trPr>
        <w:tc>
          <w:tcPr>
            <w:tcW w:w="1981" w:type="dxa"/>
            <w:shd w:val="clear" w:color="auto" w:fill="DFEAF2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b/>
                <w:sz w:val="16"/>
              </w:rPr>
              <w:t>N.</w:t>
            </w:r>
          </w:p>
        </w:tc>
        <w:tc>
          <w:tcPr>
            <w:tcW w:w="1981" w:type="dxa"/>
            <w:shd w:val="clear" w:color="auto" w:fill="DFEAF2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b/>
                <w:sz w:val="16"/>
              </w:rPr>
              <w:t>Titolo/esperienza</w:t>
            </w:r>
          </w:p>
        </w:tc>
        <w:tc>
          <w:tcPr>
            <w:tcW w:w="1981" w:type="dxa"/>
            <w:shd w:val="clear" w:color="auto" w:fill="DFEAF2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b/>
                <w:sz w:val="16"/>
              </w:rPr>
              <w:t>Punteggio</w:t>
            </w:r>
          </w:p>
        </w:tc>
        <w:tc>
          <w:tcPr>
            <w:tcW w:w="1981" w:type="dxa"/>
            <w:shd w:val="clear" w:color="auto" w:fill="DFEAF2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b/>
                <w:sz w:val="16"/>
              </w:rPr>
              <w:t>Max</w:t>
            </w:r>
          </w:p>
        </w:tc>
        <w:tc>
          <w:tcPr>
            <w:tcW w:w="1981" w:type="dxa"/>
            <w:shd w:val="clear" w:color="auto" w:fill="DFEAF2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b/>
                <w:sz w:val="16"/>
              </w:rPr>
              <w:t>Attribuito</w:t>
            </w:r>
          </w:p>
        </w:tc>
      </w:tr>
      <w:tr w:rsidR="00CE00B4" w:rsidRPr="00CE00B4" w:rsidTr="00DC7448">
        <w:trPr>
          <w:trHeight w:val="1548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Progettazione, coordinamento o gestione operativa di progetti PNRR, PON, PN o analoghi, documentati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5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943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Organizzazione e monitoraggio di percorsi formativi finanziati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3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1234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Animatore Digitale o incarichi equivalenti di coordinamento della transizione digitale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3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annualità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943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Gestione documentale e operativa di piattaforme ministeriali di progetto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2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1548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 xml:space="preserve">Amministrazione di piattaforme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cloud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, account istituzionali e licenze software, con incarico documentato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5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943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Coordinamento di commissioni, gruppi di lavoro o progetti europei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2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653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Certificazioni digitali pertinenti e distinte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3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certificazione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1234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Comunicazione istituzionale e disseminazione di progetti finanziati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2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CE00B4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distinto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967"/>
        </w:trPr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  <w:lang w:val="it-IT"/>
              </w:rPr>
            </w:pPr>
            <w:r w:rsidRPr="00CE00B4">
              <w:rPr>
                <w:rFonts w:ascii="Times New Roman" w:hAnsi="Times New Roman" w:cs="Times New Roman"/>
                <w:sz w:val="16"/>
                <w:lang w:val="it-IT"/>
              </w:rPr>
              <w:t>Formazione documentata in IA, innovazione digitale o gestione progetti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 xml:space="preserve">1 per </w:t>
            </w:r>
            <w:proofErr w:type="spellStart"/>
            <w:r w:rsidRPr="00CE00B4">
              <w:rPr>
                <w:rFonts w:ascii="Times New Roman" w:hAnsi="Times New Roman" w:cs="Times New Roman"/>
                <w:sz w:val="16"/>
              </w:rPr>
              <w:t>attestato</w:t>
            </w:r>
            <w:proofErr w:type="spellEnd"/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  <w:tr w:rsidR="00CE00B4" w:rsidRPr="00CE00B4" w:rsidTr="00DC7448">
        <w:trPr>
          <w:trHeight w:val="387"/>
        </w:trPr>
        <w:tc>
          <w:tcPr>
            <w:tcW w:w="1981" w:type="dxa"/>
          </w:tcPr>
          <w:p w:rsidR="000A092A" w:rsidRPr="00CE00B4" w:rsidRDefault="000A092A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TOTALE</w:t>
            </w:r>
          </w:p>
        </w:tc>
        <w:tc>
          <w:tcPr>
            <w:tcW w:w="1981" w:type="dxa"/>
          </w:tcPr>
          <w:p w:rsidR="000A092A" w:rsidRPr="00CE00B4" w:rsidRDefault="000A092A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981" w:type="dxa"/>
          </w:tcPr>
          <w:p w:rsidR="000A092A" w:rsidRPr="00CE00B4" w:rsidRDefault="00BD74AF">
            <w:pPr>
              <w:spacing w:after="40"/>
              <w:rPr>
                <w:rFonts w:ascii="Times New Roman" w:hAnsi="Times New Roman" w:cs="Times New Roman"/>
              </w:rPr>
            </w:pPr>
            <w:r w:rsidRPr="00CE00B4">
              <w:rPr>
                <w:rFonts w:ascii="Times New Roman" w:hAnsi="Times New Roman" w:cs="Times New Roman"/>
                <w:sz w:val="16"/>
              </w:rPr>
              <w:t>_____</w:t>
            </w:r>
          </w:p>
        </w:tc>
      </w:tr>
    </w:tbl>
    <w:p w:rsidR="00CE00B4" w:rsidRPr="00CE00B4" w:rsidRDefault="00CE00B4">
      <w:pPr>
        <w:rPr>
          <w:rFonts w:ascii="Times New Roman" w:hAnsi="Times New Roman" w:cs="Times New Roman"/>
          <w:lang w:val="it-IT"/>
        </w:rPr>
      </w:pPr>
    </w:p>
    <w:p w:rsidR="00CE00B4" w:rsidRPr="00CE00B4" w:rsidRDefault="00CE00B4">
      <w:pPr>
        <w:rPr>
          <w:rFonts w:ascii="Times New Roman" w:hAnsi="Times New Roman" w:cs="Times New Roman"/>
          <w:lang w:val="it-IT"/>
        </w:rPr>
      </w:pPr>
    </w:p>
    <w:p w:rsidR="00CE00B4" w:rsidRPr="00CE00B4" w:rsidRDefault="00CE00B4">
      <w:pPr>
        <w:rPr>
          <w:rFonts w:ascii="Times New Roman" w:hAnsi="Times New Roman" w:cs="Times New Roman"/>
          <w:lang w:val="it-IT"/>
        </w:rPr>
      </w:pPr>
    </w:p>
    <w:p w:rsidR="000A092A" w:rsidRPr="00CE00B4" w:rsidRDefault="00BD74AF">
      <w:pPr>
        <w:rPr>
          <w:rFonts w:ascii="Times New Roman" w:hAnsi="Times New Roman" w:cs="Times New Roman"/>
          <w:lang w:val="it-IT"/>
        </w:rPr>
      </w:pPr>
      <w:r w:rsidRPr="00CE00B4">
        <w:rPr>
          <w:rFonts w:ascii="Times New Roman" w:hAnsi="Times New Roman" w:cs="Times New Roman"/>
          <w:lang w:val="it-IT"/>
        </w:rPr>
        <w:t>Data _____________________    Firma ______________________________</w:t>
      </w:r>
    </w:p>
    <w:sectPr w:rsidR="000A092A" w:rsidRPr="00CE00B4" w:rsidSect="00034616">
      <w:footerReference w:type="default" r:id="rId8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A9F" w:rsidRDefault="008D0A9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D0A9F" w:rsidRDefault="008D0A9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92A" w:rsidRPr="0057073E" w:rsidRDefault="000A092A">
    <w:pPr>
      <w:pStyle w:val="Pidipagina"/>
      <w:jc w:val="right"/>
      <w:rPr>
        <w:rFonts w:hint="eastAsia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A9F" w:rsidRDefault="008D0A9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D0A9F" w:rsidRDefault="008D0A9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5630FC"/>
    <w:multiLevelType w:val="multilevel"/>
    <w:tmpl w:val="C102E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92A"/>
    <w:rsid w:val="0015074B"/>
    <w:rsid w:val="0029639D"/>
    <w:rsid w:val="00326F90"/>
    <w:rsid w:val="0057073E"/>
    <w:rsid w:val="008D0A9F"/>
    <w:rsid w:val="00AA1D8D"/>
    <w:rsid w:val="00B47730"/>
    <w:rsid w:val="00BD74AF"/>
    <w:rsid w:val="00CB0664"/>
    <w:rsid w:val="00CE00B4"/>
    <w:rsid w:val="00DC74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C50F42A-ADE4-2645-8D13-7199EF62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CE00B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8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B4058D-5621-48F9-97EC-F0C78212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3790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4</cp:revision>
  <dcterms:created xsi:type="dcterms:W3CDTF">2013-12-23T23:15:00Z</dcterms:created>
  <dcterms:modified xsi:type="dcterms:W3CDTF">2026-10-27T10:36:00Z</dcterms:modified>
  <cp:category/>
</cp:coreProperties>
</file>