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53C" w:rsidRPr="00127ED4" w:rsidRDefault="00127ED4">
      <w:pPr>
        <w:pStyle w:val="Titolo1"/>
        <w:rPr>
          <w:color w:val="auto"/>
        </w:rPr>
      </w:pPr>
      <w:r w:rsidRPr="00127ED4">
        <w:rPr>
          <w:color w:val="auto"/>
        </w:rPr>
        <w:t>ALLEGATO A – DOMANDA DI PARTECIPAZIONE</w:t>
      </w:r>
    </w:p>
    <w:p w:rsidR="0011053C" w:rsidRPr="00127ED4" w:rsidRDefault="00127ED4">
      <w:r>
        <w:t>Al</w:t>
      </w:r>
      <w:bookmarkStart w:id="0" w:name="_GoBack"/>
      <w:bookmarkEnd w:id="0"/>
      <w:r w:rsidRPr="00127ED4">
        <w:t xml:space="preserve"> Dirigente Scolastico</w:t>
      </w:r>
      <w:r w:rsidRPr="00127ED4">
        <w:br/>
        <w:t>Istituto Comprensivo Statale "Rita Levi Montalcini"</w:t>
      </w:r>
      <w:r w:rsidRPr="00127ED4">
        <w:br/>
        <w:t>Spezzano Albanese (CS)</w:t>
      </w:r>
    </w:p>
    <w:p w:rsidR="0011053C" w:rsidRPr="00127ED4" w:rsidRDefault="00127ED4">
      <w:pPr>
        <w:pStyle w:val="Titolo2"/>
        <w:rPr>
          <w:color w:val="auto"/>
        </w:rPr>
      </w:pPr>
      <w:r w:rsidRPr="00127ED4">
        <w:rPr>
          <w:color w:val="auto"/>
        </w:rPr>
        <w:t xml:space="preserve">OGGETTO: Istanza di partecipazione alla selezione per n. 1 Collaboratore Scolastico – Progetto Piano Estate </w:t>
      </w:r>
      <w:r w:rsidRPr="00127ED4">
        <w:rPr>
          <w:color w:val="auto"/>
        </w:rPr>
        <w:t>(Programma Nazionale "Scuola e competenze" 2021-2027)</w:t>
      </w:r>
    </w:p>
    <w:p w:rsidR="0011053C" w:rsidRPr="00127ED4" w:rsidRDefault="00127ED4">
      <w:r w:rsidRPr="00127ED4">
        <w:t>Il/La sottoscritto/a ___________________________________________________________________</w:t>
      </w:r>
      <w:r w:rsidRPr="00127ED4">
        <w:br/>
        <w:t>Nato/a a ________________________________________ Prov. [____] il ___/___/_______</w:t>
      </w:r>
      <w:r w:rsidRPr="00127ED4">
        <w:br/>
        <w:t xml:space="preserve">Codice Fiscale: [_ _ _ _ _ _ _ </w:t>
      </w:r>
      <w:r w:rsidRPr="00127ED4">
        <w:t>_ _ _ _ _ _ _ _ _]</w:t>
      </w:r>
      <w:r w:rsidRPr="00127ED4">
        <w:br/>
        <w:t>Residente a ________________________ Prov. [____] in Via/Piazza ____________________ n. ____</w:t>
      </w:r>
      <w:r w:rsidRPr="00127ED4">
        <w:br/>
        <w:t>Recapito telefonico: ________________________ Cellulare: ________________________</w:t>
      </w:r>
      <w:r w:rsidRPr="00127ED4">
        <w:br/>
        <w:t>E-mail: ______________________________________________________</w:t>
      </w:r>
      <w:r w:rsidRPr="00127ED4">
        <w:t>_______________</w:t>
      </w:r>
      <w:r w:rsidRPr="00127ED4">
        <w:br/>
        <w:t>in servizio presso questo Istituto Comprensivo in qualità di Collaboratore Scolastico.</w:t>
      </w:r>
    </w:p>
    <w:p w:rsidR="0011053C" w:rsidRPr="00127ED4" w:rsidRDefault="00127ED4">
      <w:pPr>
        <w:pStyle w:val="Titolo3"/>
        <w:rPr>
          <w:color w:val="auto"/>
        </w:rPr>
      </w:pPr>
      <w:r w:rsidRPr="00127ED4">
        <w:rPr>
          <w:color w:val="auto"/>
        </w:rPr>
        <w:t>CHIEDE</w:t>
      </w:r>
    </w:p>
    <w:p w:rsidR="0011053C" w:rsidRPr="00127ED4" w:rsidRDefault="00127ED4">
      <w:r w:rsidRPr="00127ED4">
        <w:t>di essere ammesso/a alla procedura di selezione per il reclutamento di n. 1 Collaboratore Scolastico ai fini dello svolgimento delle attività prev</w:t>
      </w:r>
      <w:r w:rsidRPr="00127ED4">
        <w:t>iste per il progetto Piano Estate (20 ore complessive, con incontri di Martedì e Giovedì nel periodo dal 06/10/2026 al 17/11/2026).</w:t>
      </w:r>
    </w:p>
    <w:p w:rsidR="0011053C" w:rsidRPr="00127ED4" w:rsidRDefault="00127ED4">
      <w:pPr>
        <w:pStyle w:val="Titolo3"/>
        <w:rPr>
          <w:color w:val="auto"/>
        </w:rPr>
      </w:pPr>
      <w:r w:rsidRPr="00127ED4">
        <w:rPr>
          <w:color w:val="auto"/>
        </w:rPr>
        <w:t>DICHIARAZIONI DEL CANDIDATO</w:t>
      </w:r>
    </w:p>
    <w:p w:rsidR="0011053C" w:rsidRPr="00127ED4" w:rsidRDefault="00127ED4">
      <w:r w:rsidRPr="00127ED4">
        <w:t>Il/La sottoscritto/a, consapevole delle sanzioni penali richiamate dall’art. 76 del D.P.R. 28/12</w:t>
      </w:r>
      <w:r w:rsidRPr="00127ED4">
        <w:t>/2000, n. 445 per le ipotesi di falsità in atti e dichiarazioni mendaci, ai sensi degli artt. 46 e 47 del citato D.P.R., dichiara sotto la propria responsabilità:</w:t>
      </w:r>
      <w:r w:rsidRPr="00127ED4">
        <w:br/>
      </w:r>
      <w:r w:rsidRPr="00127ED4">
        <w:br/>
        <w:t>1. Di aver preso visione dell’Avviso Pubblico di selezione prot. n. 3351 del 02/10/2026 e di</w:t>
      </w:r>
      <w:r w:rsidRPr="00127ED4">
        <w:t xml:space="preserve"> accettarne incondizionatamente tutti i termini e le condizioni;</w:t>
      </w:r>
      <w:r w:rsidRPr="00127ED4">
        <w:br/>
        <w:t>2. Di possedere una anzianità di servizio di anni _________;</w:t>
      </w:r>
      <w:r w:rsidRPr="00127ED4">
        <w:br/>
        <w:t>3. Di impegnarsi a svolgere l’incarico senza riserve, assicurando la propria disponibilità secondo il calendario predisposto (Mart</w:t>
      </w:r>
      <w:r w:rsidRPr="00127ED4">
        <w:t>edì e Giovedì dal 06/10/2026 al 17/11/2026) e registrando le presenze sull’apposito registro firme;</w:t>
      </w:r>
      <w:r w:rsidRPr="00127ED4">
        <w:br/>
        <w:t>4. Di autorizzare il trattamento dei dati personali ai sensi del Regolamento UE 679/2016 e del D.Lgs. 196/2003 e successive modifiche e integrazioni, per le</w:t>
      </w:r>
      <w:r w:rsidRPr="00127ED4">
        <w:t xml:space="preserve"> sole finalità connesse alla gestione della procedura concorsuale.</w:t>
      </w:r>
    </w:p>
    <w:p w:rsidR="0011053C" w:rsidRPr="00127ED4" w:rsidRDefault="00127ED4">
      <w:r w:rsidRPr="00127ED4">
        <w:br/>
      </w:r>
      <w:r w:rsidRPr="00127ED4">
        <w:br/>
        <w:t>Luogo e Data: ________________________</w:t>
      </w:r>
      <w:r w:rsidRPr="00127ED4">
        <w:br/>
      </w:r>
      <w:r w:rsidRPr="00127ED4">
        <w:br/>
      </w:r>
      <w:r w:rsidRPr="00127ED4">
        <w:br/>
        <w:t>Firma________________________________________</w:t>
      </w:r>
    </w:p>
    <w:sectPr w:rsidR="0011053C" w:rsidRPr="00127E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053C"/>
    <w:rsid w:val="00127ED4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08BEA"/>
  <w14:defaultImageDpi w14:val="300"/>
  <w15:docId w15:val="{9A95F659-519F-406D-948B-A7FDAC20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037421-F468-4B9E-B439-02ECC7D5B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Ass. amm. Andrea</cp:lastModifiedBy>
  <cp:revision>2</cp:revision>
  <dcterms:created xsi:type="dcterms:W3CDTF">2013-12-23T23:15:00Z</dcterms:created>
  <dcterms:modified xsi:type="dcterms:W3CDTF">2026-10-02T10:48:00Z</dcterms:modified>
  <cp:category/>
</cp:coreProperties>
</file>