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55" w:rsidRPr="00EA6B6D" w:rsidRDefault="009B0A29">
      <w:pPr>
        <w:pStyle w:val="Titolo"/>
        <w:jc w:val="center"/>
        <w:rPr>
          <w:rFonts w:ascii="Times New Roman" w:hAnsi="Times New Roman" w:cs="Times New Roman"/>
          <w:color w:val="auto"/>
          <w:sz w:val="40"/>
        </w:rPr>
      </w:pPr>
      <w:r w:rsidRPr="00EA6B6D">
        <w:rPr>
          <w:rFonts w:ascii="Times New Roman" w:hAnsi="Times New Roman" w:cs="Times New Roman"/>
          <w:color w:val="auto"/>
          <w:sz w:val="40"/>
        </w:rPr>
        <w:t>ALLEGATO C</w:t>
      </w:r>
      <w:r w:rsidR="004010C9" w:rsidRPr="00EA6B6D">
        <w:rPr>
          <w:rFonts w:ascii="Times New Roman" w:hAnsi="Times New Roman" w:cs="Times New Roman"/>
          <w:color w:val="auto"/>
          <w:sz w:val="40"/>
        </w:rPr>
        <w:t xml:space="preserve"> – DICHIARAZIONE DI IMPEGNO ALLA </w:t>
      </w:r>
      <w:bookmarkStart w:id="0" w:name="_GoBack"/>
      <w:r w:rsidR="004010C9" w:rsidRPr="00EA6B6D">
        <w:rPr>
          <w:rFonts w:ascii="Times New Roman" w:hAnsi="Times New Roman" w:cs="Times New Roman"/>
          <w:color w:val="auto"/>
          <w:sz w:val="40"/>
        </w:rPr>
        <w:t xml:space="preserve">PERMANENZA </w:t>
      </w:r>
      <w:bookmarkEnd w:id="0"/>
      <w:r w:rsidR="004010C9" w:rsidRPr="00EA6B6D">
        <w:rPr>
          <w:rFonts w:ascii="Times New Roman" w:hAnsi="Times New Roman" w:cs="Times New Roman"/>
          <w:color w:val="auto"/>
          <w:sz w:val="40"/>
        </w:rPr>
        <w:t>IN SERVIZIO</w:t>
      </w:r>
    </w:p>
    <w:p w:rsidR="0015731E" w:rsidRDefault="004010C9" w:rsidP="00170AE8">
      <w:pPr>
        <w:jc w:val="both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br/>
        <w:t>Il/</w:t>
      </w:r>
      <w:proofErr w:type="gramStart"/>
      <w:r w:rsidRPr="00324FF3">
        <w:rPr>
          <w:rFonts w:ascii="Times New Roman" w:hAnsi="Times New Roman" w:cs="Times New Roman"/>
        </w:rPr>
        <w:t xml:space="preserve">La </w:t>
      </w:r>
      <w:r w:rsidR="0015731E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sottoscritto</w:t>
      </w:r>
      <w:proofErr w:type="spellEnd"/>
      <w:proofErr w:type="gramEnd"/>
      <w:r w:rsidRPr="00324FF3">
        <w:rPr>
          <w:rFonts w:ascii="Times New Roman" w:hAnsi="Times New Roman" w:cs="Times New Roman"/>
        </w:rPr>
        <w:t>/a</w:t>
      </w:r>
      <w:r w:rsidR="00324FF3">
        <w:rPr>
          <w:rFonts w:ascii="Times New Roman" w:hAnsi="Times New Roman" w:cs="Times New Roman"/>
        </w:rPr>
        <w:t xml:space="preserve"> </w:t>
      </w:r>
      <w:r w:rsidRPr="00324FF3">
        <w:rPr>
          <w:rFonts w:ascii="Times New Roman" w:hAnsi="Times New Roman" w:cs="Times New Roman"/>
        </w:rPr>
        <w:t xml:space="preserve"> __________________________________________</w:t>
      </w:r>
      <w:proofErr w:type="spellStart"/>
      <w:r w:rsidR="00324FF3">
        <w:rPr>
          <w:rFonts w:ascii="Times New Roman" w:hAnsi="Times New Roman" w:cs="Times New Roman"/>
        </w:rPr>
        <w:t>nato</w:t>
      </w:r>
      <w:proofErr w:type="spellEnd"/>
      <w:r w:rsidR="00324FF3">
        <w:rPr>
          <w:rFonts w:ascii="Times New Roman" w:hAnsi="Times New Roman" w:cs="Times New Roman"/>
        </w:rPr>
        <w:t xml:space="preserve">/a </w:t>
      </w:r>
      <w:r w:rsidR="0015731E">
        <w:rPr>
          <w:rFonts w:ascii="Times New Roman" w:hAnsi="Times New Roman" w:cs="Times New Roman"/>
        </w:rPr>
        <w:t>____________</w:t>
      </w:r>
      <w:r w:rsidR="0015731E">
        <w:rPr>
          <w:rFonts w:ascii="Times New Roman" w:hAnsi="Times New Roman" w:cs="Times New Roman"/>
        </w:rPr>
        <w:br/>
      </w:r>
      <w:proofErr w:type="spellStart"/>
      <w:r w:rsidRPr="00324FF3">
        <w:rPr>
          <w:rFonts w:ascii="Times New Roman" w:hAnsi="Times New Roman" w:cs="Times New Roman"/>
        </w:rPr>
        <w:t>docente</w:t>
      </w:r>
      <w:proofErr w:type="spellEnd"/>
      <w:r w:rsidRPr="00324FF3">
        <w:rPr>
          <w:rFonts w:ascii="Times New Roman" w:hAnsi="Times New Roman" w:cs="Times New Roman"/>
        </w:rPr>
        <w:t xml:space="preserve"> di </w:t>
      </w:r>
      <w:proofErr w:type="spellStart"/>
      <w:r w:rsidRPr="00324FF3">
        <w:rPr>
          <w:rFonts w:ascii="Times New Roman" w:hAnsi="Times New Roman" w:cs="Times New Roman"/>
        </w:rPr>
        <w:t>ruolo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presso</w:t>
      </w:r>
      <w:proofErr w:type="spellEnd"/>
      <w:r w:rsidRPr="00324FF3">
        <w:rPr>
          <w:rFonts w:ascii="Times New Roman" w:hAnsi="Times New Roman" w:cs="Times New Roman"/>
        </w:rPr>
        <w:t xml:space="preserve"> l’Istituto Comprensivo “Rita Levi Montalci</w:t>
      </w:r>
      <w:r w:rsidR="0015731E">
        <w:rPr>
          <w:rFonts w:ascii="Times New Roman" w:hAnsi="Times New Roman" w:cs="Times New Roman"/>
        </w:rPr>
        <w:t>ni” di Spezzano Albanese (CS),</w:t>
      </w:r>
      <w:r w:rsidRPr="00324FF3">
        <w:rPr>
          <w:rFonts w:ascii="Times New Roman" w:hAnsi="Times New Roman" w:cs="Times New Roman"/>
        </w:rPr>
        <w:t xml:space="preserve">in riferimento alla candidatura per la partecipazione alle attività di mobilità previste dal Progetto </w:t>
      </w:r>
      <w:r w:rsidR="0015731E">
        <w:rPr>
          <w:rFonts w:ascii="Times New Roman" w:hAnsi="Times New Roman" w:cs="Times New Roman"/>
        </w:rPr>
        <w:t>Erasmus+ Azione KA120 – KA121,</w:t>
      </w:r>
      <w:r w:rsidR="0015731E">
        <w:rPr>
          <w:rFonts w:ascii="Times New Roman" w:hAnsi="Times New Roman" w:cs="Times New Roman"/>
        </w:rPr>
        <w:br/>
      </w:r>
    </w:p>
    <w:p w:rsidR="0015731E" w:rsidRDefault="004010C9" w:rsidP="0015731E">
      <w:pPr>
        <w:jc w:val="center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t>DICHIARA S</w:t>
      </w:r>
      <w:r w:rsidR="0015731E">
        <w:rPr>
          <w:rFonts w:ascii="Times New Roman" w:hAnsi="Times New Roman" w:cs="Times New Roman"/>
        </w:rPr>
        <w:t>OTTO LA PROPRIA RESPONSABILITÀ</w:t>
      </w:r>
    </w:p>
    <w:p w:rsidR="0015731E" w:rsidRDefault="004010C9" w:rsidP="00324FF3">
      <w:pPr>
        <w:jc w:val="both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t xml:space="preserve">• </w:t>
      </w:r>
      <w:proofErr w:type="gramStart"/>
      <w:r w:rsidRPr="00324FF3">
        <w:rPr>
          <w:rFonts w:ascii="Times New Roman" w:hAnsi="Times New Roman" w:cs="Times New Roman"/>
        </w:rPr>
        <w:t>di</w:t>
      </w:r>
      <w:proofErr w:type="gram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essere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docente</w:t>
      </w:r>
      <w:proofErr w:type="spellEnd"/>
      <w:r w:rsidRPr="00324FF3">
        <w:rPr>
          <w:rFonts w:ascii="Times New Roman" w:hAnsi="Times New Roman" w:cs="Times New Roman"/>
        </w:rPr>
        <w:t xml:space="preserve"> di </w:t>
      </w:r>
      <w:proofErr w:type="spellStart"/>
      <w:r w:rsidRPr="00324FF3">
        <w:rPr>
          <w:rFonts w:ascii="Times New Roman" w:hAnsi="Times New Roman" w:cs="Times New Roman"/>
        </w:rPr>
        <w:t>ruolo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presso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il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suddetto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Istituto</w:t>
      </w:r>
      <w:proofErr w:type="spellEnd"/>
      <w:r w:rsidRPr="00324FF3">
        <w:rPr>
          <w:rFonts w:ascii="Times New Roman" w:hAnsi="Times New Roman" w:cs="Times New Roman"/>
        </w:rPr>
        <w:t>;</w:t>
      </w:r>
    </w:p>
    <w:p w:rsidR="0015731E" w:rsidRDefault="0015731E" w:rsidP="00324F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010C9" w:rsidRPr="00324FF3">
        <w:rPr>
          <w:rFonts w:ascii="Times New Roman" w:hAnsi="Times New Roman" w:cs="Times New Roman"/>
        </w:rPr>
        <w:br/>
        <w:t xml:space="preserve">• </w:t>
      </w:r>
      <w:proofErr w:type="gramStart"/>
      <w:r w:rsidR="004010C9" w:rsidRPr="00324FF3">
        <w:rPr>
          <w:rFonts w:ascii="Times New Roman" w:hAnsi="Times New Roman" w:cs="Times New Roman"/>
        </w:rPr>
        <w:t>di</w:t>
      </w:r>
      <w:proofErr w:type="gram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impegnarsi</w:t>
      </w:r>
      <w:proofErr w:type="spell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formalmente</w:t>
      </w:r>
      <w:proofErr w:type="spellEnd"/>
      <w:r w:rsidR="004010C9" w:rsidRPr="00324FF3">
        <w:rPr>
          <w:rFonts w:ascii="Times New Roman" w:hAnsi="Times New Roman" w:cs="Times New Roman"/>
        </w:rPr>
        <w:t xml:space="preserve">, in </w:t>
      </w:r>
      <w:proofErr w:type="spellStart"/>
      <w:r w:rsidR="004010C9" w:rsidRPr="00324FF3">
        <w:rPr>
          <w:rFonts w:ascii="Times New Roman" w:hAnsi="Times New Roman" w:cs="Times New Roman"/>
        </w:rPr>
        <w:t>caso</w:t>
      </w:r>
      <w:proofErr w:type="spellEnd"/>
      <w:r w:rsidR="004010C9" w:rsidRPr="00324FF3">
        <w:rPr>
          <w:rFonts w:ascii="Times New Roman" w:hAnsi="Times New Roman" w:cs="Times New Roman"/>
        </w:rPr>
        <w:t xml:space="preserve"> di </w:t>
      </w:r>
      <w:proofErr w:type="spellStart"/>
      <w:r w:rsidR="004010C9" w:rsidRPr="00324FF3">
        <w:rPr>
          <w:rFonts w:ascii="Times New Roman" w:hAnsi="Times New Roman" w:cs="Times New Roman"/>
        </w:rPr>
        <w:t>selezione</w:t>
      </w:r>
      <w:proofErr w:type="spellEnd"/>
      <w:r w:rsidR="004010C9" w:rsidRPr="00324FF3">
        <w:rPr>
          <w:rFonts w:ascii="Times New Roman" w:hAnsi="Times New Roman" w:cs="Times New Roman"/>
        </w:rPr>
        <w:t xml:space="preserve">, a </w:t>
      </w:r>
      <w:proofErr w:type="spellStart"/>
      <w:r w:rsidR="004010C9" w:rsidRPr="00324FF3">
        <w:rPr>
          <w:rFonts w:ascii="Times New Roman" w:hAnsi="Times New Roman" w:cs="Times New Roman"/>
        </w:rPr>
        <w:t>garantire</w:t>
      </w:r>
      <w:proofErr w:type="spellEnd"/>
      <w:r w:rsidR="004010C9" w:rsidRPr="00324FF3">
        <w:rPr>
          <w:rFonts w:ascii="Times New Roman" w:hAnsi="Times New Roman" w:cs="Times New Roman"/>
        </w:rPr>
        <w:t xml:space="preserve"> la </w:t>
      </w:r>
      <w:proofErr w:type="spellStart"/>
      <w:r w:rsidR="004010C9" w:rsidRPr="00324FF3">
        <w:rPr>
          <w:rFonts w:ascii="Times New Roman" w:hAnsi="Times New Roman" w:cs="Times New Roman"/>
        </w:rPr>
        <w:t>permanenza</w:t>
      </w:r>
      <w:proofErr w:type="spellEnd"/>
      <w:r w:rsidR="004010C9" w:rsidRPr="00324FF3">
        <w:rPr>
          <w:rFonts w:ascii="Times New Roman" w:hAnsi="Times New Roman" w:cs="Times New Roman"/>
        </w:rPr>
        <w:t xml:space="preserve"> in </w:t>
      </w:r>
      <w:proofErr w:type="spellStart"/>
      <w:r w:rsidR="004010C9" w:rsidRPr="00324FF3">
        <w:rPr>
          <w:rFonts w:ascii="Times New Roman" w:hAnsi="Times New Roman" w:cs="Times New Roman"/>
        </w:rPr>
        <w:t>servizio</w:t>
      </w:r>
      <w:proofErr w:type="spell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presso</w:t>
      </w:r>
      <w:proofErr w:type="spell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l’Istituto</w:t>
      </w:r>
      <w:proofErr w:type="spell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Comprensivo</w:t>
      </w:r>
      <w:proofErr w:type="spellEnd"/>
      <w:r w:rsidR="004010C9" w:rsidRPr="00324FF3">
        <w:rPr>
          <w:rFonts w:ascii="Times New Roman" w:hAnsi="Times New Roman" w:cs="Times New Roman"/>
        </w:rPr>
        <w:t xml:space="preserve"> “Rita Levi </w:t>
      </w:r>
      <w:proofErr w:type="spellStart"/>
      <w:r w:rsidR="004010C9" w:rsidRPr="00324FF3">
        <w:rPr>
          <w:rFonts w:ascii="Times New Roman" w:hAnsi="Times New Roman" w:cs="Times New Roman"/>
        </w:rPr>
        <w:t>Montalcini</w:t>
      </w:r>
      <w:proofErr w:type="spellEnd"/>
      <w:r w:rsidR="004010C9" w:rsidRPr="00324FF3">
        <w:rPr>
          <w:rFonts w:ascii="Times New Roman" w:hAnsi="Times New Roman" w:cs="Times New Roman"/>
        </w:rPr>
        <w:t xml:space="preserve">” di </w:t>
      </w:r>
      <w:proofErr w:type="spellStart"/>
      <w:r w:rsidR="004010C9" w:rsidRPr="00324FF3">
        <w:rPr>
          <w:rFonts w:ascii="Times New Roman" w:hAnsi="Times New Roman" w:cs="Times New Roman"/>
        </w:rPr>
        <w:t>Spezzano</w:t>
      </w:r>
      <w:proofErr w:type="spellEnd"/>
      <w:r w:rsidR="004010C9" w:rsidRPr="00324FF3">
        <w:rPr>
          <w:rFonts w:ascii="Times New Roman" w:hAnsi="Times New Roman" w:cs="Times New Roman"/>
        </w:rPr>
        <w:t xml:space="preserve"> Albanese per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tutta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durata</w:t>
      </w:r>
      <w:proofErr w:type="spellEnd"/>
      <w:r>
        <w:rPr>
          <w:rFonts w:ascii="Times New Roman" w:hAnsi="Times New Roman" w:cs="Times New Roman"/>
        </w:rPr>
        <w:t xml:space="preserve"> del </w:t>
      </w:r>
      <w:proofErr w:type="spellStart"/>
      <w:r>
        <w:rPr>
          <w:rFonts w:ascii="Times New Roman" w:hAnsi="Times New Roman" w:cs="Times New Roman"/>
        </w:rPr>
        <w:t>progetto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 w:rsidR="004010C9" w:rsidRPr="00324FF3">
        <w:rPr>
          <w:rFonts w:ascii="Times New Roman" w:hAnsi="Times New Roman" w:cs="Times New Roman"/>
        </w:rPr>
        <w:t>comunque</w:t>
      </w:r>
      <w:proofErr w:type="spellEnd"/>
      <w:r w:rsidR="004010C9" w:rsidRPr="00324FF3">
        <w:rPr>
          <w:rFonts w:ascii="Times New Roman" w:hAnsi="Times New Roman" w:cs="Times New Roman"/>
        </w:rPr>
        <w:t xml:space="preserve"> non </w:t>
      </w:r>
      <w:proofErr w:type="spellStart"/>
      <w:r w:rsidR="004010C9" w:rsidRPr="00324FF3">
        <w:rPr>
          <w:rFonts w:ascii="Times New Roman" w:hAnsi="Times New Roman" w:cs="Times New Roman"/>
        </w:rPr>
        <w:t>oltre</w:t>
      </w:r>
      <w:proofErr w:type="spellEnd"/>
      <w:r w:rsidR="004010C9" w:rsidRPr="00324FF3">
        <w:rPr>
          <w:rFonts w:ascii="Times New Roman" w:hAnsi="Times New Roman" w:cs="Times New Roman"/>
        </w:rPr>
        <w:t xml:space="preserve"> </w:t>
      </w:r>
      <w:proofErr w:type="spellStart"/>
      <w:r w:rsidR="004010C9" w:rsidRPr="00324FF3">
        <w:rPr>
          <w:rFonts w:ascii="Times New Roman" w:hAnsi="Times New Roman" w:cs="Times New Roman"/>
        </w:rPr>
        <w:t>il</w:t>
      </w:r>
      <w:proofErr w:type="spellEnd"/>
      <w:r w:rsidR="004010C9" w:rsidRPr="00324FF3">
        <w:rPr>
          <w:rFonts w:ascii="Times New Roman" w:hAnsi="Times New Roman" w:cs="Times New Roman"/>
        </w:rPr>
        <w:t xml:space="preserve"> 31 </w:t>
      </w:r>
      <w:proofErr w:type="spellStart"/>
      <w:r w:rsidR="004010C9" w:rsidRPr="00324FF3">
        <w:rPr>
          <w:rFonts w:ascii="Times New Roman" w:hAnsi="Times New Roman" w:cs="Times New Roman"/>
        </w:rPr>
        <w:t>agosto</w:t>
      </w:r>
      <w:proofErr w:type="spellEnd"/>
      <w:r w:rsidR="004010C9" w:rsidRPr="00324FF3">
        <w:rPr>
          <w:rFonts w:ascii="Times New Roman" w:hAnsi="Times New Roman" w:cs="Times New Roman"/>
        </w:rPr>
        <w:t xml:space="preserve"> 2028;</w:t>
      </w:r>
      <w:r>
        <w:rPr>
          <w:rFonts w:ascii="Times New Roman" w:hAnsi="Times New Roman" w:cs="Times New Roman"/>
        </w:rPr>
        <w:t xml:space="preserve"> </w:t>
      </w:r>
    </w:p>
    <w:p w:rsidR="0015731E" w:rsidRDefault="004010C9" w:rsidP="00324FF3">
      <w:pPr>
        <w:jc w:val="both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br/>
        <w:t xml:space="preserve">• </w:t>
      </w:r>
      <w:proofErr w:type="gramStart"/>
      <w:r w:rsidRPr="00324FF3">
        <w:rPr>
          <w:rFonts w:ascii="Times New Roman" w:hAnsi="Times New Roman" w:cs="Times New Roman"/>
        </w:rPr>
        <w:t>di</w:t>
      </w:r>
      <w:proofErr w:type="gramEnd"/>
      <w:r w:rsidRPr="00324FF3">
        <w:rPr>
          <w:rFonts w:ascii="Times New Roman" w:hAnsi="Times New Roman" w:cs="Times New Roman"/>
        </w:rPr>
        <w:t xml:space="preserve"> non </w:t>
      </w:r>
      <w:proofErr w:type="spellStart"/>
      <w:r w:rsidRPr="00324FF3">
        <w:rPr>
          <w:rFonts w:ascii="Times New Roman" w:hAnsi="Times New Roman" w:cs="Times New Roman"/>
        </w:rPr>
        <w:t>presentare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domanda</w:t>
      </w:r>
      <w:proofErr w:type="spellEnd"/>
      <w:r w:rsidRPr="00324FF3">
        <w:rPr>
          <w:rFonts w:ascii="Times New Roman" w:hAnsi="Times New Roman" w:cs="Times New Roman"/>
        </w:rPr>
        <w:t xml:space="preserve"> di </w:t>
      </w:r>
      <w:proofErr w:type="spellStart"/>
      <w:r w:rsidRPr="00324FF3">
        <w:rPr>
          <w:rFonts w:ascii="Times New Roman" w:hAnsi="Times New Roman" w:cs="Times New Roman"/>
        </w:rPr>
        <w:t>trasferimento</w:t>
      </w:r>
      <w:proofErr w:type="spellEnd"/>
      <w:r w:rsidRPr="00324FF3">
        <w:rPr>
          <w:rFonts w:ascii="Times New Roman" w:hAnsi="Times New Roman" w:cs="Times New Roman"/>
        </w:rPr>
        <w:t xml:space="preserve">, </w:t>
      </w:r>
      <w:proofErr w:type="spellStart"/>
      <w:r w:rsidRPr="00324FF3">
        <w:rPr>
          <w:rFonts w:ascii="Times New Roman" w:hAnsi="Times New Roman" w:cs="Times New Roman"/>
        </w:rPr>
        <w:t>assegnazione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provvisoria</w:t>
      </w:r>
      <w:proofErr w:type="spellEnd"/>
      <w:r w:rsidRPr="00324FF3">
        <w:rPr>
          <w:rFonts w:ascii="Times New Roman" w:hAnsi="Times New Roman" w:cs="Times New Roman"/>
        </w:rPr>
        <w:t xml:space="preserve"> o </w:t>
      </w:r>
      <w:proofErr w:type="spellStart"/>
      <w:r w:rsidRPr="00324FF3">
        <w:rPr>
          <w:rFonts w:ascii="Times New Roman" w:hAnsi="Times New Roman" w:cs="Times New Roman"/>
        </w:rPr>
        <w:t>utilizzazione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presso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altra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istituzione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scolastica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fino</w:t>
      </w:r>
      <w:proofErr w:type="spellEnd"/>
      <w:r w:rsidRPr="00324FF3">
        <w:rPr>
          <w:rFonts w:ascii="Times New Roman" w:hAnsi="Times New Roman" w:cs="Times New Roman"/>
        </w:rPr>
        <w:t xml:space="preserve"> al </w:t>
      </w:r>
      <w:proofErr w:type="spellStart"/>
      <w:r w:rsidRPr="00324FF3">
        <w:rPr>
          <w:rFonts w:ascii="Times New Roman" w:hAnsi="Times New Roman" w:cs="Times New Roman"/>
        </w:rPr>
        <w:t>termine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sopra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indicato</w:t>
      </w:r>
      <w:proofErr w:type="spellEnd"/>
      <w:r w:rsidRPr="00324FF3">
        <w:rPr>
          <w:rFonts w:ascii="Times New Roman" w:hAnsi="Times New Roman" w:cs="Times New Roman"/>
        </w:rPr>
        <w:t>;</w:t>
      </w:r>
      <w:r w:rsidR="0015731E">
        <w:rPr>
          <w:rFonts w:ascii="Times New Roman" w:hAnsi="Times New Roman" w:cs="Times New Roman"/>
        </w:rPr>
        <w:t xml:space="preserve"> </w:t>
      </w:r>
    </w:p>
    <w:p w:rsidR="0015731E" w:rsidRDefault="004010C9" w:rsidP="00324FF3">
      <w:pPr>
        <w:jc w:val="both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br/>
        <w:t xml:space="preserve">• </w:t>
      </w:r>
      <w:proofErr w:type="gramStart"/>
      <w:r w:rsidRPr="00324FF3">
        <w:rPr>
          <w:rFonts w:ascii="Times New Roman" w:hAnsi="Times New Roman" w:cs="Times New Roman"/>
        </w:rPr>
        <w:t>di</w:t>
      </w:r>
      <w:proofErr w:type="gram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essere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consapevole</w:t>
      </w:r>
      <w:proofErr w:type="spellEnd"/>
      <w:r w:rsidRPr="00324FF3">
        <w:rPr>
          <w:rFonts w:ascii="Times New Roman" w:hAnsi="Times New Roman" w:cs="Times New Roman"/>
        </w:rPr>
        <w:t xml:space="preserve"> che la violazione del presente impegno potrà comportare l’esclusione dal progetto e l’eventuale restituzione delle somme sostenute dall’Istituto per la mobilità Erasmus+.</w:t>
      </w:r>
      <w:r w:rsidRPr="00324FF3">
        <w:rPr>
          <w:rFonts w:ascii="Times New Roman" w:hAnsi="Times New Roman" w:cs="Times New Roman"/>
        </w:rPr>
        <w:br/>
      </w:r>
    </w:p>
    <w:p w:rsidR="00324FF3" w:rsidRDefault="004010C9" w:rsidP="00324FF3">
      <w:pPr>
        <w:jc w:val="both"/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t xml:space="preserve">La </w:t>
      </w:r>
      <w:proofErr w:type="spellStart"/>
      <w:r w:rsidRPr="00324FF3">
        <w:rPr>
          <w:rFonts w:ascii="Times New Roman" w:hAnsi="Times New Roman" w:cs="Times New Roman"/>
        </w:rPr>
        <w:t>presente</w:t>
      </w:r>
      <w:proofErr w:type="spellEnd"/>
      <w:r w:rsidRPr="00324FF3">
        <w:rPr>
          <w:rFonts w:ascii="Times New Roman" w:hAnsi="Times New Roman" w:cs="Times New Roman"/>
        </w:rPr>
        <w:t xml:space="preserve"> </w:t>
      </w:r>
      <w:proofErr w:type="spellStart"/>
      <w:r w:rsidRPr="00324FF3">
        <w:rPr>
          <w:rFonts w:ascii="Times New Roman" w:hAnsi="Times New Roman" w:cs="Times New Roman"/>
        </w:rPr>
        <w:t>dichiarazione</w:t>
      </w:r>
      <w:proofErr w:type="spellEnd"/>
      <w:r w:rsidRPr="00324FF3">
        <w:rPr>
          <w:rFonts w:ascii="Times New Roman" w:hAnsi="Times New Roman" w:cs="Times New Roman"/>
        </w:rPr>
        <w:t xml:space="preserve"> è resa ai sensi degli artt. 46 e 47 </w:t>
      </w:r>
      <w:proofErr w:type="gramStart"/>
      <w:r w:rsidRPr="00324FF3">
        <w:rPr>
          <w:rFonts w:ascii="Times New Roman" w:hAnsi="Times New Roman" w:cs="Times New Roman"/>
        </w:rPr>
        <w:t>del</w:t>
      </w:r>
      <w:proofErr w:type="gramEnd"/>
      <w:r w:rsidRPr="00324FF3">
        <w:rPr>
          <w:rFonts w:ascii="Times New Roman" w:hAnsi="Times New Roman" w:cs="Times New Roman"/>
        </w:rPr>
        <w:t xml:space="preserve"> DPR 445/2000, consapevole delle responsabilità civili e penali previste in caso di dichiarazioni mendaci.</w:t>
      </w:r>
      <w:r w:rsidRPr="00324FF3">
        <w:rPr>
          <w:rFonts w:ascii="Times New Roman" w:hAnsi="Times New Roman" w:cs="Times New Roman"/>
        </w:rPr>
        <w:br/>
      </w:r>
      <w:r w:rsidRPr="00324FF3">
        <w:rPr>
          <w:rFonts w:ascii="Times New Roman" w:hAnsi="Times New Roman" w:cs="Times New Roman"/>
        </w:rPr>
        <w:br/>
        <w:t xml:space="preserve">Luogo e data </w:t>
      </w:r>
    </w:p>
    <w:p w:rsidR="0015731E" w:rsidRDefault="004010C9" w:rsidP="0015731E">
      <w:pPr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t>________________________________</w:t>
      </w:r>
      <w:r w:rsidR="0015731E">
        <w:rPr>
          <w:rFonts w:ascii="Times New Roman" w:hAnsi="Times New Roman" w:cs="Times New Roman"/>
        </w:rPr>
        <w:t>_____</w:t>
      </w:r>
      <w:r w:rsidRPr="00324FF3">
        <w:rPr>
          <w:rFonts w:ascii="Times New Roman" w:hAnsi="Times New Roman" w:cs="Times New Roman"/>
        </w:rPr>
        <w:br/>
      </w:r>
      <w:r w:rsidRPr="00324FF3">
        <w:rPr>
          <w:rFonts w:ascii="Times New Roman" w:hAnsi="Times New Roman" w:cs="Times New Roman"/>
        </w:rPr>
        <w:br/>
      </w:r>
      <w:r w:rsidRPr="00324FF3">
        <w:rPr>
          <w:rFonts w:ascii="Times New Roman" w:hAnsi="Times New Roman" w:cs="Times New Roman"/>
        </w:rPr>
        <w:br/>
        <w:t>Firma</w:t>
      </w:r>
    </w:p>
    <w:p w:rsidR="00835B55" w:rsidRPr="00324FF3" w:rsidRDefault="004010C9" w:rsidP="0015731E">
      <w:pPr>
        <w:rPr>
          <w:rFonts w:ascii="Times New Roman" w:hAnsi="Times New Roman" w:cs="Times New Roman"/>
        </w:rPr>
      </w:pPr>
      <w:r w:rsidRPr="00324FF3">
        <w:rPr>
          <w:rFonts w:ascii="Times New Roman" w:hAnsi="Times New Roman" w:cs="Times New Roman"/>
        </w:rPr>
        <w:t>______________________________________</w:t>
      </w:r>
      <w:r w:rsidRPr="00324FF3">
        <w:rPr>
          <w:rFonts w:ascii="Times New Roman" w:hAnsi="Times New Roman" w:cs="Times New Roman"/>
        </w:rPr>
        <w:br/>
      </w:r>
    </w:p>
    <w:sectPr w:rsidR="00835B55" w:rsidRPr="00324F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5731E"/>
    <w:rsid w:val="00170AE8"/>
    <w:rsid w:val="0029639D"/>
    <w:rsid w:val="00324FF3"/>
    <w:rsid w:val="00326F90"/>
    <w:rsid w:val="004010C9"/>
    <w:rsid w:val="00835B55"/>
    <w:rsid w:val="009B0A29"/>
    <w:rsid w:val="00AA1D8D"/>
    <w:rsid w:val="00B47730"/>
    <w:rsid w:val="00CB0664"/>
    <w:rsid w:val="00EA6B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6773C76-3B53-48C7-8CD0-87B6B900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C0E1D1-12C4-4FB5-A50C-6BAC5119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5</cp:revision>
  <dcterms:created xsi:type="dcterms:W3CDTF">2026-02-16T09:52:00Z</dcterms:created>
  <dcterms:modified xsi:type="dcterms:W3CDTF">2026-02-16T13:24:00Z</dcterms:modified>
  <cp:category/>
</cp:coreProperties>
</file>